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7EC2E5" w14:textId="798ECB73" w:rsidR="005C432F" w:rsidRPr="00577514" w:rsidRDefault="005C432F" w:rsidP="00856B2A">
      <w:pPr>
        <w:pStyle w:val="NoSpacing"/>
        <w:rPr>
          <w:lang w:val="en-AU"/>
        </w:rPr>
      </w:pPr>
      <w:r w:rsidRPr="00577514">
        <w:rPr>
          <w:lang w:val="en-AU"/>
        </w:rPr>
        <w:t xml:space="preserve">Looking for our full submission guidelines?  </w:t>
      </w:r>
    </w:p>
    <w:p w14:paraId="533387ED" w14:textId="77777777" w:rsidR="005C31EF" w:rsidRPr="00577514" w:rsidRDefault="005C31EF" w:rsidP="00856B2A">
      <w:pPr>
        <w:pStyle w:val="NoSpacing"/>
        <w:rPr>
          <w:i/>
          <w:iCs/>
          <w:lang w:val="en-AU"/>
        </w:rPr>
      </w:pPr>
    </w:p>
    <w:p w14:paraId="74013D34" w14:textId="6CBFC283" w:rsidR="00E47324" w:rsidRPr="00577514" w:rsidRDefault="005C432F" w:rsidP="00856B2A">
      <w:pPr>
        <w:pStyle w:val="NoSpacing"/>
        <w:rPr>
          <w:lang w:val="en-AU"/>
        </w:rPr>
      </w:pPr>
      <w:r w:rsidRPr="00577514">
        <w:rPr>
          <w:i/>
          <w:iCs/>
          <w:lang w:val="en-AU"/>
        </w:rPr>
        <w:t>You can find them here:</w:t>
      </w:r>
      <w:r w:rsidRPr="00577514">
        <w:rPr>
          <w:lang w:val="en-AU"/>
        </w:rPr>
        <w:t xml:space="preserve"> </w:t>
      </w:r>
      <w:hyperlink r:id="rId6" w:history="1">
        <w:r w:rsidR="00BA2738" w:rsidRPr="00577514">
          <w:rPr>
            <w:rStyle w:val="Hyperlink"/>
            <w:lang w:val="en-AU"/>
          </w:rPr>
          <w:t>https://ironfaeriepublishing.com/submissions/</w:t>
        </w:r>
      </w:hyperlink>
    </w:p>
    <w:p w14:paraId="440D0A61" w14:textId="77777777" w:rsidR="00BA2738" w:rsidRPr="00577514" w:rsidRDefault="00BA2738" w:rsidP="00856B2A">
      <w:pPr>
        <w:pStyle w:val="NoSpacing"/>
        <w:rPr>
          <w:lang w:val="en-AU"/>
        </w:rPr>
      </w:pPr>
    </w:p>
    <w:p w14:paraId="0C365E51" w14:textId="2859E695" w:rsidR="001E36B8" w:rsidRPr="00577514" w:rsidRDefault="001E36B8" w:rsidP="00BA2738">
      <w:pPr>
        <w:pStyle w:val="NoSpacing"/>
        <w:rPr>
          <w:lang w:val="en-AU"/>
        </w:rPr>
      </w:pPr>
      <w:r w:rsidRPr="00577514">
        <w:rPr>
          <w:lang w:val="en-AU"/>
        </w:rPr>
        <w:t>Curious about our current open anthology calls?</w:t>
      </w:r>
    </w:p>
    <w:p w14:paraId="6B1F5CB1" w14:textId="77777777" w:rsidR="001E36B8" w:rsidRPr="00577514" w:rsidRDefault="001E36B8" w:rsidP="00BA2738">
      <w:pPr>
        <w:pStyle w:val="NoSpacing"/>
        <w:rPr>
          <w:lang w:val="en-AU"/>
        </w:rPr>
      </w:pPr>
    </w:p>
    <w:p w14:paraId="00E5C308" w14:textId="24953C48" w:rsidR="004E3F99" w:rsidRPr="00577514" w:rsidRDefault="004E3F99" w:rsidP="00BA2738">
      <w:pPr>
        <w:pStyle w:val="NoSpacing"/>
        <w:rPr>
          <w:lang w:val="en-AU"/>
        </w:rPr>
      </w:pPr>
      <w:r w:rsidRPr="00577514">
        <w:rPr>
          <w:i/>
          <w:iCs/>
          <w:lang w:val="en-AU"/>
        </w:rPr>
        <w:t>You can find them here:</w:t>
      </w:r>
      <w:r w:rsidRPr="00577514">
        <w:rPr>
          <w:lang w:val="en-AU"/>
        </w:rPr>
        <w:t xml:space="preserve"> </w:t>
      </w:r>
      <w:hyperlink r:id="rId7" w:history="1">
        <w:r w:rsidR="00573824" w:rsidRPr="00577514">
          <w:rPr>
            <w:rStyle w:val="Hyperlink"/>
            <w:lang w:val="en-AU"/>
          </w:rPr>
          <w:t>https://ironfaeriepublishing.com/open-anthology-calls/</w:t>
        </w:r>
      </w:hyperlink>
    </w:p>
    <w:p w14:paraId="42D03A1C" w14:textId="77777777" w:rsidR="00573824" w:rsidRPr="00577514" w:rsidRDefault="00573824" w:rsidP="00BA2738">
      <w:pPr>
        <w:pStyle w:val="NoSpacing"/>
        <w:rPr>
          <w:lang w:val="en-AU"/>
        </w:rPr>
      </w:pPr>
    </w:p>
    <w:p w14:paraId="4C18204D" w14:textId="53999FE6" w:rsidR="00573824" w:rsidRPr="00577514" w:rsidRDefault="003C5B15" w:rsidP="00BA2738">
      <w:pPr>
        <w:pStyle w:val="NoSpacing"/>
        <w:rPr>
          <w:b/>
          <w:bCs/>
          <w:lang w:val="en-AU"/>
        </w:rPr>
      </w:pPr>
      <w:r w:rsidRPr="00577514">
        <w:rPr>
          <w:lang w:val="en-AU"/>
        </w:rPr>
        <w:t>Want to know more about</w:t>
      </w:r>
      <w:r w:rsidRPr="00577514">
        <w:rPr>
          <w:b/>
          <w:bCs/>
          <w:lang w:val="en-AU"/>
        </w:rPr>
        <w:t xml:space="preserve"> </w:t>
      </w:r>
      <w:r w:rsidRPr="00577514">
        <w:rPr>
          <w:rStyle w:val="Strong"/>
          <w:i/>
          <w:iCs/>
          <w:lang w:val="en-AU"/>
        </w:rPr>
        <w:t>Hawthorn &amp; Ash</w:t>
      </w:r>
      <w:r w:rsidRPr="00577514">
        <w:rPr>
          <w:lang w:val="en-AU"/>
        </w:rPr>
        <w:t>?</w:t>
      </w:r>
    </w:p>
    <w:p w14:paraId="0021A4B9" w14:textId="77777777" w:rsidR="003C5B15" w:rsidRPr="00577514" w:rsidRDefault="003C5B15" w:rsidP="00BA2738">
      <w:pPr>
        <w:pStyle w:val="NoSpacing"/>
        <w:rPr>
          <w:lang w:val="en-AU"/>
        </w:rPr>
      </w:pPr>
    </w:p>
    <w:p w14:paraId="002895CA" w14:textId="1C9A57FD" w:rsidR="00573824" w:rsidRPr="00577514" w:rsidRDefault="00573824" w:rsidP="00BA2738">
      <w:pPr>
        <w:pStyle w:val="NoSpacing"/>
        <w:rPr>
          <w:lang w:val="en-AU"/>
        </w:rPr>
      </w:pPr>
      <w:r w:rsidRPr="00577514">
        <w:rPr>
          <w:i/>
          <w:iCs/>
          <w:lang w:val="en-AU"/>
        </w:rPr>
        <w:t>You can find them here:</w:t>
      </w:r>
      <w:r w:rsidRPr="00577514">
        <w:rPr>
          <w:lang w:val="en-AU"/>
        </w:rPr>
        <w:t xml:space="preserve"> </w:t>
      </w:r>
      <w:hyperlink r:id="rId8" w:history="1">
        <w:r w:rsidR="00FD157D" w:rsidRPr="00577514">
          <w:rPr>
            <w:rStyle w:val="Hyperlink"/>
            <w:lang w:val="en-AU"/>
          </w:rPr>
          <w:t>https://ironfaeriepublishing.com/hawthorn-ash/</w:t>
        </w:r>
      </w:hyperlink>
    </w:p>
    <w:p w14:paraId="34D2041A" w14:textId="77777777" w:rsidR="00FD157D" w:rsidRPr="00577514" w:rsidRDefault="00FD157D" w:rsidP="00BA2738">
      <w:pPr>
        <w:pStyle w:val="NoSpacing"/>
        <w:rPr>
          <w:lang w:val="en-AU"/>
        </w:rPr>
      </w:pPr>
    </w:p>
    <w:p w14:paraId="396E6F48" w14:textId="487282F0" w:rsidR="003C409F" w:rsidRPr="00577514" w:rsidRDefault="0090368C" w:rsidP="00BA2738">
      <w:pPr>
        <w:pStyle w:val="NoSpacing"/>
        <w:rPr>
          <w:lang w:val="en-AU"/>
        </w:rPr>
      </w:pPr>
      <w:bookmarkStart w:id="0" w:name="_Hlk218361523"/>
      <w:r w:rsidRPr="00577514">
        <w:rPr>
          <w:lang w:val="en-AU"/>
        </w:rPr>
        <w:t>Interested in submitting to</w:t>
      </w:r>
      <w:r w:rsidR="003C409F" w:rsidRPr="00577514">
        <w:rPr>
          <w:lang w:val="en-AU"/>
        </w:rPr>
        <w:t xml:space="preserve"> </w:t>
      </w:r>
      <w:r w:rsidR="003C409F" w:rsidRPr="00577514">
        <w:rPr>
          <w:b/>
          <w:bCs/>
          <w:i/>
          <w:iCs/>
          <w:lang w:val="en-AU"/>
        </w:rPr>
        <w:t>The Faerie Cat</w:t>
      </w:r>
      <w:r w:rsidR="003C409F" w:rsidRPr="00577514">
        <w:rPr>
          <w:lang w:val="en-AU"/>
        </w:rPr>
        <w:t>?</w:t>
      </w:r>
    </w:p>
    <w:bookmarkEnd w:id="0"/>
    <w:p w14:paraId="55FD6F8C" w14:textId="77777777" w:rsidR="003C409F" w:rsidRPr="00577514" w:rsidRDefault="003C409F" w:rsidP="00BA2738">
      <w:pPr>
        <w:pStyle w:val="NoSpacing"/>
        <w:rPr>
          <w:lang w:val="en-AU"/>
        </w:rPr>
      </w:pPr>
    </w:p>
    <w:p w14:paraId="453441CB" w14:textId="24ECC457" w:rsidR="00BA2738" w:rsidRDefault="003C409F" w:rsidP="002F53AE">
      <w:pPr>
        <w:pStyle w:val="NoSpacing"/>
        <w:spacing w:line="276" w:lineRule="auto"/>
      </w:pPr>
      <w:bookmarkStart w:id="1" w:name="_Hlk218361545"/>
      <w:r w:rsidRPr="00577514">
        <w:rPr>
          <w:i/>
          <w:iCs/>
          <w:lang w:val="en-AU"/>
        </w:rPr>
        <w:t>You can find them here:</w:t>
      </w:r>
      <w:r w:rsidRPr="00577514">
        <w:rPr>
          <w:lang w:val="en-AU"/>
        </w:rPr>
        <w:t xml:space="preserve"> </w:t>
      </w:r>
      <w:bookmarkEnd w:id="1"/>
      <w:r w:rsidR="00C07EB0">
        <w:fldChar w:fldCharType="begin"/>
      </w:r>
      <w:r w:rsidR="00C07EB0">
        <w:instrText>HYPERLINK "https://ironfaeriepublishing.com/the-faerie-cat/"</w:instrText>
      </w:r>
      <w:r w:rsidR="00C07EB0">
        <w:fldChar w:fldCharType="separate"/>
      </w:r>
      <w:r w:rsidR="00C07EB0" w:rsidRPr="00577514">
        <w:rPr>
          <w:rStyle w:val="Hyperlink"/>
          <w:lang w:val="en-AU"/>
        </w:rPr>
        <w:t>https://ironfaeriepublishing.com/the-faerie-cat/</w:t>
      </w:r>
      <w:r w:rsidR="00C07EB0">
        <w:fldChar w:fldCharType="end"/>
      </w:r>
    </w:p>
    <w:p w14:paraId="1EF2BD26" w14:textId="77777777" w:rsidR="00312517" w:rsidRDefault="00312517" w:rsidP="002F53AE">
      <w:pPr>
        <w:pStyle w:val="NoSpacing"/>
        <w:spacing w:line="276" w:lineRule="auto"/>
      </w:pPr>
    </w:p>
    <w:p w14:paraId="3253A147" w14:textId="38BB61F9" w:rsidR="00312517" w:rsidRDefault="00312517" w:rsidP="00312517">
      <w:pPr>
        <w:pStyle w:val="NoSpacing"/>
        <w:rPr>
          <w:b/>
          <w:bCs/>
          <w:i/>
          <w:iCs/>
          <w:lang w:val="en-AU"/>
        </w:rPr>
      </w:pPr>
      <w:r w:rsidRPr="00577514">
        <w:rPr>
          <w:lang w:val="en-AU"/>
        </w:rPr>
        <w:t xml:space="preserve">Interested in submitting to </w:t>
      </w:r>
      <w:r>
        <w:rPr>
          <w:b/>
          <w:bCs/>
          <w:i/>
          <w:iCs/>
          <w:lang w:val="en-AU"/>
        </w:rPr>
        <w:t>Midsummer Nights?</w:t>
      </w:r>
    </w:p>
    <w:p w14:paraId="22D39D29" w14:textId="77777777" w:rsidR="00312517" w:rsidRDefault="00312517" w:rsidP="00312517">
      <w:pPr>
        <w:pStyle w:val="NoSpacing"/>
        <w:rPr>
          <w:i/>
          <w:iCs/>
          <w:lang w:val="en-AU"/>
        </w:rPr>
      </w:pPr>
    </w:p>
    <w:p w14:paraId="1DAAC979" w14:textId="3D3D0674" w:rsidR="00B90266" w:rsidRDefault="00312517" w:rsidP="00312517">
      <w:pPr>
        <w:pStyle w:val="NoSpacing"/>
        <w:rPr>
          <w:i/>
          <w:iCs/>
          <w:lang w:val="en-AU"/>
        </w:rPr>
      </w:pPr>
      <w:r w:rsidRPr="00577514">
        <w:rPr>
          <w:i/>
          <w:iCs/>
          <w:lang w:val="en-AU"/>
        </w:rPr>
        <w:t>You can find them here:</w:t>
      </w:r>
      <w:r w:rsidR="00B90266">
        <w:rPr>
          <w:i/>
          <w:iCs/>
          <w:lang w:val="en-AU"/>
        </w:rPr>
        <w:t xml:space="preserve"> </w:t>
      </w:r>
      <w:hyperlink r:id="rId9" w:history="1">
        <w:r w:rsidR="00B90266" w:rsidRPr="00E909C2">
          <w:rPr>
            <w:rStyle w:val="Hyperlink"/>
            <w:lang w:val="en-AU"/>
          </w:rPr>
          <w:t>https://ironfaeriepublishing.com/midsummer-nights/</w:t>
        </w:r>
      </w:hyperlink>
    </w:p>
    <w:p w14:paraId="48C16981" w14:textId="77777777" w:rsidR="00B00891" w:rsidRPr="00D81DA3" w:rsidRDefault="00B00891" w:rsidP="002F53AE">
      <w:pPr>
        <w:pStyle w:val="NoSpacing"/>
        <w:spacing w:line="276" w:lineRule="auto"/>
      </w:pPr>
    </w:p>
    <w:p w14:paraId="4D9677C0" w14:textId="5A3E71E7" w:rsidR="00BA2738" w:rsidRPr="00D81DA3" w:rsidRDefault="00B00891" w:rsidP="002F53AE">
      <w:pPr>
        <w:pStyle w:val="p1"/>
        <w:spacing w:before="0" w:beforeAutospacing="0" w:after="0" w:afterAutospacing="0" w:line="276" w:lineRule="auto"/>
        <w:rPr>
          <w:sz w:val="22"/>
          <w:szCs w:val="22"/>
        </w:rPr>
      </w:pPr>
      <w:r w:rsidRPr="00D81DA3">
        <w:rPr>
          <w:rStyle w:val="s1"/>
          <w:sz w:val="22"/>
          <w:szCs w:val="22"/>
        </w:rPr>
        <w:t>Please note:</w:t>
      </w:r>
      <w:r w:rsidRPr="00D81DA3">
        <w:rPr>
          <w:rStyle w:val="s2"/>
          <w:sz w:val="22"/>
          <w:szCs w:val="22"/>
        </w:rPr>
        <w:t xml:space="preserve"> Iron Faerie Publishing observes an annual holiday closure </w:t>
      </w:r>
      <w:r w:rsidR="00C16A21">
        <w:rPr>
          <w:rStyle w:val="s2"/>
          <w:sz w:val="22"/>
          <w:szCs w:val="22"/>
        </w:rPr>
        <w:t xml:space="preserve">for </w:t>
      </w:r>
      <w:r w:rsidR="00451865">
        <w:rPr>
          <w:rStyle w:val="s2"/>
          <w:sz w:val="22"/>
          <w:szCs w:val="22"/>
        </w:rPr>
        <w:t>four</w:t>
      </w:r>
      <w:r w:rsidR="00C16A21">
        <w:rPr>
          <w:rStyle w:val="s2"/>
          <w:sz w:val="22"/>
          <w:szCs w:val="22"/>
        </w:rPr>
        <w:t xml:space="preserve"> weeks beginning December 18</w:t>
      </w:r>
      <w:r w:rsidR="00C16A21" w:rsidRPr="00BA48AF">
        <w:rPr>
          <w:rStyle w:val="s2"/>
          <w:sz w:val="22"/>
          <w:szCs w:val="22"/>
          <w:vertAlign w:val="superscript"/>
        </w:rPr>
        <w:t>th</w:t>
      </w:r>
      <w:r w:rsidR="00BA48AF">
        <w:rPr>
          <w:rStyle w:val="s2"/>
          <w:sz w:val="22"/>
          <w:szCs w:val="22"/>
        </w:rPr>
        <w:t xml:space="preserve">; emails received </w:t>
      </w:r>
      <w:r w:rsidRPr="00D81DA3">
        <w:rPr>
          <w:rStyle w:val="s2"/>
          <w:sz w:val="22"/>
          <w:szCs w:val="22"/>
        </w:rPr>
        <w:t>during this time are reviewed once operations resume.</w:t>
      </w:r>
    </w:p>
    <w:p w14:paraId="0F4189A7" w14:textId="77777777" w:rsidR="00E909C2" w:rsidRDefault="00E909C2" w:rsidP="002F53AE">
      <w:pPr>
        <w:pStyle w:val="NoSpacing"/>
        <w:spacing w:line="276" w:lineRule="auto"/>
        <w:rPr>
          <w:b/>
          <w:bCs/>
          <w:lang w:val="en-AU"/>
        </w:rPr>
      </w:pPr>
    </w:p>
    <w:p w14:paraId="1A851048" w14:textId="78A5E4A5" w:rsidR="005C432F" w:rsidRPr="00577514" w:rsidRDefault="005C432F" w:rsidP="002F53AE">
      <w:pPr>
        <w:pStyle w:val="NoSpacing"/>
        <w:spacing w:line="276" w:lineRule="auto"/>
        <w:rPr>
          <w:b/>
          <w:bCs/>
          <w:lang w:val="en-AU"/>
        </w:rPr>
      </w:pPr>
      <w:r w:rsidRPr="00577514">
        <w:rPr>
          <w:b/>
          <w:bCs/>
          <w:lang w:val="en-AU"/>
        </w:rPr>
        <w:t>Bookmark th</w:t>
      </w:r>
      <w:r w:rsidR="00FB2C22" w:rsidRPr="00577514">
        <w:rPr>
          <w:b/>
          <w:bCs/>
          <w:lang w:val="en-AU"/>
        </w:rPr>
        <w:t>ese</w:t>
      </w:r>
      <w:r w:rsidRPr="00577514">
        <w:rPr>
          <w:b/>
          <w:bCs/>
          <w:lang w:val="en-AU"/>
        </w:rPr>
        <w:t xml:space="preserve"> page</w:t>
      </w:r>
      <w:r w:rsidR="00FB2C22" w:rsidRPr="00577514">
        <w:rPr>
          <w:b/>
          <w:bCs/>
          <w:lang w:val="en-AU"/>
        </w:rPr>
        <w:t>s on your laptop/pc or phone</w:t>
      </w:r>
      <w:r w:rsidRPr="00577514">
        <w:rPr>
          <w:b/>
          <w:bCs/>
          <w:lang w:val="en-AU"/>
        </w:rPr>
        <w:t xml:space="preserve"> to stay updated on upcoming anthologies, theme announcements, and deadlines!</w:t>
      </w:r>
    </w:p>
    <w:p w14:paraId="7A450E65" w14:textId="0ABD4044" w:rsidR="005820F2" w:rsidRPr="00577514" w:rsidRDefault="007B58D1" w:rsidP="0044001D">
      <w:pPr>
        <w:pStyle w:val="Heading1"/>
        <w:spacing w:before="200"/>
      </w:pPr>
      <w:r w:rsidRPr="00577514">
        <w:t>Tips for Submitting to Iron Faerie</w:t>
      </w:r>
      <w:r w:rsidR="005013AB" w:rsidRPr="00577514">
        <w:t xml:space="preserve"> Publishing</w:t>
      </w:r>
      <w:r w:rsidRPr="00577514">
        <w:t>:</w:t>
      </w:r>
    </w:p>
    <w:p w14:paraId="464630A7" w14:textId="77777777" w:rsidR="005820F2" w:rsidRPr="00577514" w:rsidRDefault="007B58D1">
      <w:r w:rsidRPr="00577514">
        <w:rPr>
          <w:i/>
        </w:rPr>
        <w:t>What We Love to See (and What Makes Us Cry a Little)</w:t>
      </w:r>
    </w:p>
    <w:p w14:paraId="0DC5492B" w14:textId="61242AA2" w:rsidR="005820F2" w:rsidRPr="00577514" w:rsidRDefault="007B58D1">
      <w:r w:rsidRPr="00577514">
        <w:t xml:space="preserve">Dear writers—thank you for trusting us with your work! We know submitting can be intimidating, so we’ve put together a short guide to help you feel confident (and to keep our editor from weeping gently into </w:t>
      </w:r>
      <w:r w:rsidR="007711F7" w:rsidRPr="00577514">
        <w:t>her</w:t>
      </w:r>
      <w:r w:rsidR="006821C1" w:rsidRPr="00577514">
        <w:t xml:space="preserve"> coffee</w:t>
      </w:r>
      <w:r w:rsidRPr="00577514">
        <w:t>).</w:t>
      </w:r>
      <w:r w:rsidRPr="00577514">
        <w:br/>
      </w:r>
      <w:r w:rsidRPr="00577514">
        <w:br/>
        <w:t>Whether you're a seasoned author or submitting for the first time, here's how to make your submission sparkle in the slush pile:</w:t>
      </w:r>
    </w:p>
    <w:p w14:paraId="6494A992" w14:textId="07D273CD" w:rsidR="005820F2" w:rsidRPr="00577514" w:rsidRDefault="007B58D1">
      <w:pPr>
        <w:pStyle w:val="Heading2"/>
      </w:pPr>
      <w:r w:rsidRPr="00577514">
        <w:t>The Greeting</w:t>
      </w:r>
    </w:p>
    <w:p w14:paraId="363A33A9" w14:textId="77777777" w:rsidR="005820F2" w:rsidRPr="00577514" w:rsidRDefault="007B58D1" w:rsidP="008C5CB9">
      <w:pPr>
        <w:pStyle w:val="ListBullet"/>
        <w:numPr>
          <w:ilvl w:val="0"/>
          <w:numId w:val="0"/>
        </w:numPr>
        <w:ind w:left="360" w:hanging="360"/>
      </w:pPr>
      <w:r w:rsidRPr="00577514">
        <w:t>We love:</w:t>
      </w:r>
    </w:p>
    <w:p w14:paraId="71DCAA44" w14:textId="77777777" w:rsidR="005820F2" w:rsidRPr="00577514" w:rsidRDefault="007B58D1">
      <w:pPr>
        <w:pStyle w:val="ListBullet"/>
      </w:pPr>
      <w:r w:rsidRPr="00577514">
        <w:t>“Dear Editors”</w:t>
      </w:r>
    </w:p>
    <w:p w14:paraId="397CE4AB" w14:textId="77777777" w:rsidR="005820F2" w:rsidRPr="00577514" w:rsidRDefault="007B58D1">
      <w:pPr>
        <w:pStyle w:val="ListBullet"/>
      </w:pPr>
      <w:r w:rsidRPr="00577514">
        <w:t>“Dear Iron Faerie Team”</w:t>
      </w:r>
    </w:p>
    <w:p w14:paraId="075D589B" w14:textId="4EF5F2D0" w:rsidR="005820F2" w:rsidRPr="00577514" w:rsidRDefault="007B58D1">
      <w:pPr>
        <w:pStyle w:val="ListBullet"/>
      </w:pPr>
      <w:r w:rsidRPr="00577514">
        <w:t>“Dear [Editor’s Name]” if you know it</w:t>
      </w:r>
      <w:r w:rsidR="009B5BFF" w:rsidRPr="00577514">
        <w:t xml:space="preserve"> (but please spell it correctly, it’s only polite)</w:t>
      </w:r>
    </w:p>
    <w:p w14:paraId="0B5779E0" w14:textId="77777777" w:rsidR="008C5CB9" w:rsidRPr="00577514" w:rsidRDefault="008C5CB9" w:rsidP="008C5CB9">
      <w:pPr>
        <w:pStyle w:val="ListBullet"/>
        <w:numPr>
          <w:ilvl w:val="0"/>
          <w:numId w:val="0"/>
        </w:numPr>
      </w:pPr>
    </w:p>
    <w:p w14:paraId="231CD5AD" w14:textId="7DB7B2E8" w:rsidR="005820F2" w:rsidRPr="00577514" w:rsidRDefault="007B58D1" w:rsidP="008C5CB9">
      <w:pPr>
        <w:pStyle w:val="ListBullet"/>
        <w:numPr>
          <w:ilvl w:val="0"/>
          <w:numId w:val="0"/>
        </w:numPr>
      </w:pPr>
      <w:r w:rsidRPr="00577514">
        <w:t>Please avoid:</w:t>
      </w:r>
    </w:p>
    <w:p w14:paraId="243E1D80" w14:textId="77777777" w:rsidR="005820F2" w:rsidRPr="00577514" w:rsidRDefault="007B58D1">
      <w:pPr>
        <w:pStyle w:val="ListBullet"/>
      </w:pPr>
      <w:r w:rsidRPr="00577514">
        <w:t>“Dear Friends” (a little too cozy)</w:t>
      </w:r>
    </w:p>
    <w:p w14:paraId="7DFE6E32" w14:textId="77777777" w:rsidR="005820F2" w:rsidRPr="00577514" w:rsidRDefault="007B58D1">
      <w:pPr>
        <w:pStyle w:val="ListBullet"/>
      </w:pPr>
      <w:r w:rsidRPr="00577514">
        <w:t>“To Whom It May Concern” (feels like a job application)</w:t>
      </w:r>
    </w:p>
    <w:p w14:paraId="24D664EF" w14:textId="77777777" w:rsidR="005820F2" w:rsidRPr="00577514" w:rsidRDefault="007B58D1">
      <w:pPr>
        <w:pStyle w:val="ListBullet"/>
      </w:pPr>
      <w:r w:rsidRPr="00577514">
        <w:t>No greeting at all (we do have names and feelings!)</w:t>
      </w:r>
    </w:p>
    <w:p w14:paraId="4FEAE689" w14:textId="21140234" w:rsidR="005820F2" w:rsidRPr="00577514" w:rsidRDefault="007B58D1">
      <w:pPr>
        <w:pStyle w:val="Heading2"/>
      </w:pPr>
      <w:r w:rsidRPr="00577514">
        <w:lastRenderedPageBreak/>
        <w:t>The Cover Note</w:t>
      </w:r>
    </w:p>
    <w:p w14:paraId="019AFB14" w14:textId="2E42A259" w:rsidR="005820F2" w:rsidRPr="00577514" w:rsidRDefault="007B58D1">
      <w:r w:rsidRPr="00577514">
        <w:t>Think of this as a polite wave, not a full conversation. A short, warm paragraph is perfect.</w:t>
      </w:r>
    </w:p>
    <w:p w14:paraId="319ED18F" w14:textId="77777777" w:rsidR="005820F2" w:rsidRPr="00577514" w:rsidRDefault="007B58D1" w:rsidP="005F49BD">
      <w:pPr>
        <w:pStyle w:val="ListBullet"/>
        <w:numPr>
          <w:ilvl w:val="0"/>
          <w:numId w:val="0"/>
        </w:numPr>
        <w:ind w:left="360"/>
      </w:pPr>
      <w:r w:rsidRPr="00577514">
        <w:t>Do:</w:t>
      </w:r>
    </w:p>
    <w:p w14:paraId="34DA23A2" w14:textId="77777777" w:rsidR="005820F2" w:rsidRPr="00577514" w:rsidRDefault="007B58D1">
      <w:pPr>
        <w:pStyle w:val="ListBullet"/>
      </w:pPr>
      <w:r w:rsidRPr="00577514">
        <w:t>✔ Thank us for the opportunity</w:t>
      </w:r>
    </w:p>
    <w:p w14:paraId="2F95C42C" w14:textId="77777777" w:rsidR="005820F2" w:rsidRPr="00577514" w:rsidRDefault="007B58D1">
      <w:pPr>
        <w:pStyle w:val="ListBullet"/>
      </w:pPr>
      <w:r w:rsidRPr="00577514">
        <w:t>✔ Include the story title and word count</w:t>
      </w:r>
    </w:p>
    <w:p w14:paraId="1F93A4AA" w14:textId="77777777" w:rsidR="005820F2" w:rsidRPr="00577514" w:rsidRDefault="007B58D1">
      <w:pPr>
        <w:pStyle w:val="ListBullet"/>
      </w:pPr>
      <w:r w:rsidRPr="00577514">
        <w:t>✔ Offer a one-sentence pitch if you like</w:t>
      </w:r>
    </w:p>
    <w:p w14:paraId="7E20D353" w14:textId="0779CABD" w:rsidR="005820F2" w:rsidRPr="00577514" w:rsidRDefault="007B58D1">
      <w:pPr>
        <w:pStyle w:val="ListBullet"/>
      </w:pPr>
      <w:r w:rsidRPr="00577514">
        <w:t>✔ Mention if it’s a simultaneous submission</w:t>
      </w:r>
      <w:r w:rsidR="00753727">
        <w:t xml:space="preserve"> (note: we don</w:t>
      </w:r>
      <w:r w:rsidR="008C75D4">
        <w:t>’t accept simultaneous submissions)</w:t>
      </w:r>
    </w:p>
    <w:p w14:paraId="4C581D3C" w14:textId="77777777" w:rsidR="005820F2" w:rsidRPr="00577514" w:rsidRDefault="007B58D1" w:rsidP="005F49BD">
      <w:pPr>
        <w:pStyle w:val="ListBullet"/>
        <w:numPr>
          <w:ilvl w:val="0"/>
          <w:numId w:val="0"/>
        </w:numPr>
        <w:ind w:left="360"/>
      </w:pPr>
      <w:r w:rsidRPr="00577514">
        <w:br/>
        <w:t>Don’t:</w:t>
      </w:r>
    </w:p>
    <w:p w14:paraId="6B66759D" w14:textId="77777777" w:rsidR="005820F2" w:rsidRPr="00577514" w:rsidRDefault="007B58D1">
      <w:pPr>
        <w:pStyle w:val="ListBullet"/>
      </w:pPr>
      <w:r w:rsidRPr="00577514">
        <w:t>✘ Apologize for how new you are—your story stands on its own</w:t>
      </w:r>
    </w:p>
    <w:p w14:paraId="54BAFAAD" w14:textId="77777777" w:rsidR="005820F2" w:rsidRPr="00577514" w:rsidRDefault="007B58D1">
      <w:pPr>
        <w:pStyle w:val="ListBullet"/>
      </w:pPr>
      <w:r w:rsidRPr="00577514">
        <w:t>✘ Overshare your life story (save it for your memoir!)</w:t>
      </w:r>
    </w:p>
    <w:p w14:paraId="242F953E" w14:textId="1A3E7B3D" w:rsidR="005820F2" w:rsidRPr="00577514" w:rsidRDefault="007B58D1">
      <w:pPr>
        <w:pStyle w:val="ListBullet"/>
      </w:pPr>
      <w:bookmarkStart w:id="2" w:name="_Hlk200102801"/>
      <w:r w:rsidRPr="00577514">
        <w:rPr>
          <w:rFonts w:ascii="Segoe UI Symbol" w:hAnsi="Segoe UI Symbol" w:cs="Segoe UI Symbol"/>
        </w:rPr>
        <w:t>✘</w:t>
      </w:r>
      <w:bookmarkEnd w:id="2"/>
      <w:r w:rsidRPr="00577514">
        <w:t xml:space="preserve"> Try too hard to be quirky or poetic in the cover note</w:t>
      </w:r>
    </w:p>
    <w:p w14:paraId="5C082063" w14:textId="50166872" w:rsidR="00E7719E" w:rsidRPr="00577514" w:rsidRDefault="00E7719E">
      <w:pPr>
        <w:pStyle w:val="ListBullet"/>
      </w:pPr>
      <w:r w:rsidRPr="00577514">
        <w:rPr>
          <w:rFonts w:ascii="Segoe UI Symbol" w:hAnsi="Segoe UI Symbol" w:cs="Segoe UI Symbol"/>
        </w:rPr>
        <w:t xml:space="preserve">✘ </w:t>
      </w:r>
      <w:r w:rsidRPr="00577514">
        <w:rPr>
          <w:rFonts w:cs="Segoe UI Symbol"/>
        </w:rPr>
        <w:t>L</w:t>
      </w:r>
      <w:r w:rsidR="006F6A9D" w:rsidRPr="00577514">
        <w:rPr>
          <w:rFonts w:cs="Segoe UI Symbol"/>
        </w:rPr>
        <w:t>ist every publi</w:t>
      </w:r>
      <w:r w:rsidR="00BD1C28" w:rsidRPr="00577514">
        <w:rPr>
          <w:rFonts w:cs="Segoe UI Symbol"/>
        </w:rPr>
        <w:t>shing</w:t>
      </w:r>
      <w:r w:rsidR="006F6A9D" w:rsidRPr="00577514">
        <w:rPr>
          <w:rFonts w:cs="Segoe UI Symbol"/>
        </w:rPr>
        <w:t xml:space="preserve"> credit you have</w:t>
      </w:r>
    </w:p>
    <w:p w14:paraId="507D2F8F" w14:textId="6B5964FB" w:rsidR="005820F2" w:rsidRPr="00577514" w:rsidRDefault="007B58D1">
      <w:pPr>
        <w:pStyle w:val="Heading2"/>
      </w:pPr>
      <w:r w:rsidRPr="00577514">
        <w:t>The Bio</w:t>
      </w:r>
    </w:p>
    <w:p w14:paraId="6D965817" w14:textId="7D85A71D" w:rsidR="005820F2" w:rsidRPr="00577514" w:rsidRDefault="007B58D1">
      <w:r w:rsidRPr="00577514">
        <w:t xml:space="preserve">We love knowing a little about you! 2–3 sentences </w:t>
      </w:r>
      <w:r w:rsidR="000D0B02" w:rsidRPr="00577514">
        <w:t>are</w:t>
      </w:r>
      <w:r w:rsidRPr="00577514">
        <w:t xml:space="preserve"> plenty.</w:t>
      </w:r>
      <w:r w:rsidR="006D0C06" w:rsidRPr="00577514">
        <w:t xml:space="preserve"> 3</w:t>
      </w:r>
      <w:r w:rsidR="006D0C06" w:rsidRPr="00577514">
        <w:rPr>
          <w:vertAlign w:val="superscript"/>
        </w:rPr>
        <w:t>rd</w:t>
      </w:r>
      <w:r w:rsidR="006D0C06" w:rsidRPr="00577514">
        <w:t xml:space="preserve"> person, always. </w:t>
      </w:r>
    </w:p>
    <w:p w14:paraId="3BBE4DB6" w14:textId="77777777" w:rsidR="005820F2" w:rsidRPr="00577514" w:rsidRDefault="007B58D1" w:rsidP="00ED54A2">
      <w:pPr>
        <w:pStyle w:val="ListBullet"/>
        <w:numPr>
          <w:ilvl w:val="0"/>
          <w:numId w:val="0"/>
        </w:numPr>
        <w:ind w:left="360" w:hanging="360"/>
      </w:pPr>
      <w:r w:rsidRPr="00577514">
        <w:t>Include:</w:t>
      </w:r>
    </w:p>
    <w:p w14:paraId="0EB8136A" w14:textId="52AEEDE1" w:rsidR="005820F2" w:rsidRPr="00577514" w:rsidRDefault="007B58D1">
      <w:pPr>
        <w:pStyle w:val="ListBullet"/>
      </w:pPr>
      <w:r w:rsidRPr="00577514">
        <w:t>Relevant publishing credits, if any</w:t>
      </w:r>
    </w:p>
    <w:p w14:paraId="46CD8A3F" w14:textId="4260381A" w:rsidR="005820F2" w:rsidRPr="00577514" w:rsidRDefault="007B58D1">
      <w:pPr>
        <w:pStyle w:val="ListBullet"/>
      </w:pPr>
      <w:r w:rsidRPr="00577514">
        <w:t>Fun fact or detail if it’s brief (e.g., “lives with three cats and an obsession with moon lore”)</w:t>
      </w:r>
    </w:p>
    <w:p w14:paraId="56141A16" w14:textId="77777777" w:rsidR="00ED54A2" w:rsidRPr="00577514" w:rsidRDefault="00ED54A2" w:rsidP="00ED54A2">
      <w:pPr>
        <w:pStyle w:val="ListBullet"/>
        <w:numPr>
          <w:ilvl w:val="0"/>
          <w:numId w:val="0"/>
        </w:numPr>
      </w:pPr>
    </w:p>
    <w:p w14:paraId="563D6A54" w14:textId="1AA564AE" w:rsidR="005820F2" w:rsidRPr="00577514" w:rsidRDefault="007B58D1" w:rsidP="00ED54A2">
      <w:pPr>
        <w:pStyle w:val="ListBullet"/>
        <w:numPr>
          <w:ilvl w:val="0"/>
          <w:numId w:val="0"/>
        </w:numPr>
      </w:pPr>
      <w:r w:rsidRPr="00577514">
        <w:t>Optional but welcome:</w:t>
      </w:r>
    </w:p>
    <w:p w14:paraId="0D24F162" w14:textId="67F9EE19" w:rsidR="005820F2" w:rsidRPr="00577514" w:rsidRDefault="007B58D1">
      <w:pPr>
        <w:pStyle w:val="ListBullet"/>
      </w:pPr>
      <w:r w:rsidRPr="00577514">
        <w:t>Pronouns</w:t>
      </w:r>
    </w:p>
    <w:p w14:paraId="5D4D0069" w14:textId="0507C522" w:rsidR="005820F2" w:rsidRPr="00577514" w:rsidRDefault="007B58D1">
      <w:pPr>
        <w:pStyle w:val="ListBullet"/>
      </w:pPr>
      <w:r w:rsidRPr="00577514">
        <w:t>Website or socials</w:t>
      </w:r>
    </w:p>
    <w:p w14:paraId="2A6E21F0" w14:textId="14C35D7D" w:rsidR="00ED54A2" w:rsidRPr="00577514" w:rsidRDefault="007B58D1" w:rsidP="00ED54A2">
      <w:pPr>
        <w:pStyle w:val="Heading2"/>
      </w:pPr>
      <w:r w:rsidRPr="00577514">
        <w:t>The File</w:t>
      </w:r>
    </w:p>
    <w:p w14:paraId="4F5DFCBE" w14:textId="49233358" w:rsidR="005820F2" w:rsidRPr="00577514" w:rsidRDefault="007B58D1" w:rsidP="00ED54A2">
      <w:pPr>
        <w:pStyle w:val="ListBullet"/>
        <w:numPr>
          <w:ilvl w:val="0"/>
          <w:numId w:val="0"/>
        </w:numPr>
        <w:ind w:left="360" w:hanging="360"/>
      </w:pPr>
      <w:r w:rsidRPr="00577514">
        <w:t>Please:</w:t>
      </w:r>
    </w:p>
    <w:p w14:paraId="63B5D844" w14:textId="6BBC5243" w:rsidR="005820F2" w:rsidRPr="00577514" w:rsidRDefault="007B58D1">
      <w:pPr>
        <w:pStyle w:val="ListBullet"/>
      </w:pPr>
      <w:r w:rsidRPr="00577514">
        <w:t>Send in .doc or .docx format</w:t>
      </w:r>
    </w:p>
    <w:p w14:paraId="5236A156" w14:textId="2A09B9C3" w:rsidR="005820F2" w:rsidRPr="00577514" w:rsidRDefault="007B58D1">
      <w:pPr>
        <w:pStyle w:val="ListBullet"/>
      </w:pPr>
      <w:r w:rsidRPr="00577514">
        <w:t>Use standard manuscript format (double-spaced, readable font like Times New Roman or Garamond, 12 pt)</w:t>
      </w:r>
    </w:p>
    <w:p w14:paraId="14D84B05" w14:textId="6EABCBDF" w:rsidR="005820F2" w:rsidRPr="00577514" w:rsidRDefault="007B58D1">
      <w:pPr>
        <w:pStyle w:val="ListBullet"/>
      </w:pPr>
      <w:r w:rsidRPr="00577514">
        <w:t>Include your name, email, and story title on the first page</w:t>
      </w:r>
    </w:p>
    <w:p w14:paraId="09D33457" w14:textId="0EFE4F3C" w:rsidR="0040629C" w:rsidRPr="00577514" w:rsidRDefault="0040629C">
      <w:pPr>
        <w:pStyle w:val="ListBullet"/>
      </w:pPr>
      <w:r w:rsidRPr="00577514">
        <w:t xml:space="preserve">Link to SHUNN formatting: </w:t>
      </w:r>
      <w:hyperlink r:id="rId10" w:history="1">
        <w:r w:rsidR="0016154B" w:rsidRPr="00577514">
          <w:rPr>
            <w:rStyle w:val="Hyperlink"/>
          </w:rPr>
          <w:t>https://www.shunn.net/format/classic/</w:t>
        </w:r>
      </w:hyperlink>
    </w:p>
    <w:p w14:paraId="5CE3E86C" w14:textId="77777777" w:rsidR="00C42BEF" w:rsidRPr="00577514" w:rsidRDefault="00C42BEF" w:rsidP="00C42BEF">
      <w:pPr>
        <w:pStyle w:val="ListBullet"/>
        <w:numPr>
          <w:ilvl w:val="0"/>
          <w:numId w:val="0"/>
        </w:numPr>
      </w:pPr>
    </w:p>
    <w:p w14:paraId="48C2AC13" w14:textId="3250B2B0" w:rsidR="005820F2" w:rsidRPr="00577514" w:rsidRDefault="007B58D1" w:rsidP="00C42BEF">
      <w:pPr>
        <w:pStyle w:val="ListBullet"/>
        <w:numPr>
          <w:ilvl w:val="0"/>
          <w:numId w:val="0"/>
        </w:numPr>
      </w:pPr>
      <w:r w:rsidRPr="00577514">
        <w:t>Avoid:</w:t>
      </w:r>
    </w:p>
    <w:p w14:paraId="6F5023A6" w14:textId="0B9E484A" w:rsidR="005820F2" w:rsidRPr="00577514" w:rsidRDefault="007B58D1">
      <w:pPr>
        <w:pStyle w:val="ListBullet"/>
      </w:pPr>
      <w:r w:rsidRPr="00577514">
        <w:t>PDFs</w:t>
      </w:r>
    </w:p>
    <w:p w14:paraId="707493D5" w14:textId="793C24A3" w:rsidR="005820F2" w:rsidRPr="00577514" w:rsidRDefault="007B58D1">
      <w:pPr>
        <w:pStyle w:val="ListBullet"/>
      </w:pPr>
      <w:r w:rsidRPr="00577514">
        <w:t>Cent</w:t>
      </w:r>
      <w:r w:rsidR="009B3A88">
        <w:t>ring</w:t>
      </w:r>
      <w:r w:rsidRPr="00577514">
        <w:t xml:space="preserve"> all your text</w:t>
      </w:r>
    </w:p>
    <w:p w14:paraId="43584E3C" w14:textId="5142B14B" w:rsidR="005820F2" w:rsidRPr="00577514" w:rsidRDefault="007B58D1">
      <w:pPr>
        <w:pStyle w:val="ListBullet"/>
      </w:pPr>
      <w:r w:rsidRPr="00577514">
        <w:t>Submitting in all caps or Comic Sans (yes, it’s happened)</w:t>
      </w:r>
    </w:p>
    <w:p w14:paraId="2DBE3761" w14:textId="0ED01DBD" w:rsidR="005820F2" w:rsidRPr="00577514" w:rsidRDefault="007B58D1">
      <w:pPr>
        <w:pStyle w:val="Heading2"/>
      </w:pPr>
      <w:r w:rsidRPr="00577514">
        <w:lastRenderedPageBreak/>
        <w:t>Last Bits of Magic</w:t>
      </w:r>
    </w:p>
    <w:p w14:paraId="1D776768" w14:textId="77777777" w:rsidR="00EF4E85" w:rsidRDefault="007B58D1" w:rsidP="00B0404F">
      <w:pPr>
        <w:spacing w:after="0"/>
      </w:pPr>
      <w:r w:rsidRPr="00577514">
        <w:t>We read every submission with care. You don’t need to flatter us, apologize, or pretend to be anyone but yourself. Just send your best work, formatted clearly,</w:t>
      </w:r>
      <w:r w:rsidR="0009564D" w:rsidRPr="00577514">
        <w:t xml:space="preserve"> edited to the best of </w:t>
      </w:r>
      <w:r w:rsidR="0009564D" w:rsidRPr="0044001D">
        <w:t>your ability</w:t>
      </w:r>
      <w:r w:rsidR="0069750F" w:rsidRPr="0044001D">
        <w:t>,</w:t>
      </w:r>
      <w:r w:rsidRPr="0044001D">
        <w:t xml:space="preserve"> and addressed like we're people—which we are (usually).</w:t>
      </w:r>
    </w:p>
    <w:p w14:paraId="21D7E491" w14:textId="77777777" w:rsidR="00B0404F" w:rsidRPr="0044001D" w:rsidRDefault="00B0404F" w:rsidP="00B0404F">
      <w:pPr>
        <w:spacing w:after="0"/>
      </w:pPr>
    </w:p>
    <w:p w14:paraId="3CF9FD90" w14:textId="77777777" w:rsidR="00B24D69" w:rsidRDefault="00EF4E85" w:rsidP="00B0404F">
      <w:pPr>
        <w:pStyle w:val="p1"/>
        <w:spacing w:before="0" w:beforeAutospacing="0" w:after="0" w:afterAutospacing="0" w:line="276" w:lineRule="auto"/>
        <w:rPr>
          <w:rStyle w:val="s2"/>
          <w:sz w:val="22"/>
          <w:szCs w:val="22"/>
        </w:rPr>
      </w:pPr>
      <w:r w:rsidRPr="0044001D">
        <w:rPr>
          <w:rStyle w:val="s2"/>
          <w:sz w:val="22"/>
          <w:szCs w:val="22"/>
        </w:rPr>
        <w:t>Iron Faerie Publishing is a small press run by</w:t>
      </w:r>
      <w:r w:rsidR="00D73E2B" w:rsidRPr="0044001D">
        <w:rPr>
          <w:rStyle w:val="s2"/>
          <w:sz w:val="22"/>
          <w:szCs w:val="22"/>
        </w:rPr>
        <w:t xml:space="preserve"> </w:t>
      </w:r>
      <w:r w:rsidRPr="0044001D">
        <w:rPr>
          <w:rStyle w:val="s2"/>
          <w:sz w:val="22"/>
          <w:szCs w:val="22"/>
        </w:rPr>
        <w:t xml:space="preserve">Stacey, and </w:t>
      </w:r>
      <w:r w:rsidR="00D73E2B" w:rsidRPr="0044001D">
        <w:rPr>
          <w:rStyle w:val="s2"/>
          <w:sz w:val="22"/>
          <w:szCs w:val="22"/>
        </w:rPr>
        <w:t>her</w:t>
      </w:r>
      <w:r w:rsidRPr="0044001D">
        <w:rPr>
          <w:rStyle w:val="s2"/>
          <w:sz w:val="22"/>
          <w:szCs w:val="22"/>
        </w:rPr>
        <w:t xml:space="preserve"> trusty sidekick Raven, the resident faerie cat. Response times vary by project and time of year, particularly during holiday closures. Please allow the full stated review period before querying, and direct all questions through the official channels listed on our website. Updates for accepted contributors are shared via the Iron Faerie Publishing Author Group.</w:t>
      </w:r>
    </w:p>
    <w:p w14:paraId="57D6D373" w14:textId="57E3106D" w:rsidR="00C13A9E" w:rsidRPr="0044001D" w:rsidRDefault="007B58D1" w:rsidP="00B24D69">
      <w:pPr>
        <w:pStyle w:val="p1"/>
        <w:spacing w:before="0" w:beforeAutospacing="0" w:after="0" w:afterAutospacing="0" w:line="276" w:lineRule="auto"/>
        <w:rPr>
          <w:sz w:val="22"/>
          <w:szCs w:val="22"/>
        </w:rPr>
      </w:pPr>
      <w:r w:rsidRPr="0044001D">
        <w:rPr>
          <w:sz w:val="22"/>
          <w:szCs w:val="22"/>
        </w:rPr>
        <w:br/>
        <w:t xml:space="preserve">Thank you for submitting to Iron Faerie Publishing. We’re </w:t>
      </w:r>
      <w:r w:rsidR="00AD5399" w:rsidRPr="0044001D">
        <w:rPr>
          <w:sz w:val="22"/>
          <w:szCs w:val="22"/>
        </w:rPr>
        <w:t>honoured</w:t>
      </w:r>
      <w:r w:rsidRPr="0044001D">
        <w:rPr>
          <w:sz w:val="22"/>
          <w:szCs w:val="22"/>
        </w:rPr>
        <w:t xml:space="preserve"> to read your stories.</w:t>
      </w:r>
    </w:p>
    <w:p w14:paraId="6B2CC4DC" w14:textId="5A6D40F4" w:rsidR="00C13A9E" w:rsidRPr="0044001D" w:rsidRDefault="00C13A9E" w:rsidP="00B24D69"/>
    <w:sectPr w:rsidR="00C13A9E" w:rsidRPr="0044001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9CB2E0D4"/>
    <w:lvl w:ilvl="0">
      <w:start w:val="1"/>
      <w:numFmt w:val="bullet"/>
      <w:pStyle w:val="ListBullet"/>
      <w:lvlText w:val=""/>
      <w:lvlJc w:val="left"/>
      <w:pPr>
        <w:tabs>
          <w:tab w:val="num" w:pos="360"/>
        </w:tabs>
        <w:ind w:left="360" w:hanging="360"/>
      </w:pPr>
      <w:rPr>
        <w:rFonts w:ascii="Symbol" w:hAnsi="Symbol" w:hint="default"/>
      </w:rPr>
    </w:lvl>
  </w:abstractNum>
  <w:num w:numId="1" w16cid:durableId="870995009">
    <w:abstractNumId w:val="8"/>
  </w:num>
  <w:num w:numId="2" w16cid:durableId="76368055">
    <w:abstractNumId w:val="6"/>
  </w:num>
  <w:num w:numId="3" w16cid:durableId="164562413">
    <w:abstractNumId w:val="5"/>
  </w:num>
  <w:num w:numId="4" w16cid:durableId="1001394755">
    <w:abstractNumId w:val="4"/>
  </w:num>
  <w:num w:numId="5" w16cid:durableId="761923015">
    <w:abstractNumId w:val="7"/>
  </w:num>
  <w:num w:numId="6" w16cid:durableId="2099331212">
    <w:abstractNumId w:val="3"/>
  </w:num>
  <w:num w:numId="7" w16cid:durableId="1467891172">
    <w:abstractNumId w:val="2"/>
  </w:num>
  <w:num w:numId="8" w16cid:durableId="2103184556">
    <w:abstractNumId w:val="1"/>
  </w:num>
  <w:num w:numId="9" w16cid:durableId="8636336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07EF1"/>
    <w:rsid w:val="00034616"/>
    <w:rsid w:val="0006063C"/>
    <w:rsid w:val="0009564D"/>
    <w:rsid w:val="000D0B02"/>
    <w:rsid w:val="0015074B"/>
    <w:rsid w:val="0016154B"/>
    <w:rsid w:val="001D4319"/>
    <w:rsid w:val="001E36B8"/>
    <w:rsid w:val="002762F2"/>
    <w:rsid w:val="00284720"/>
    <w:rsid w:val="0029639D"/>
    <w:rsid w:val="002F53AE"/>
    <w:rsid w:val="00312517"/>
    <w:rsid w:val="00326F90"/>
    <w:rsid w:val="003330B4"/>
    <w:rsid w:val="00363F63"/>
    <w:rsid w:val="00382376"/>
    <w:rsid w:val="003C409F"/>
    <w:rsid w:val="003C5B15"/>
    <w:rsid w:val="003C6169"/>
    <w:rsid w:val="0040629C"/>
    <w:rsid w:val="0044001D"/>
    <w:rsid w:val="00451865"/>
    <w:rsid w:val="004E3F99"/>
    <w:rsid w:val="005013AB"/>
    <w:rsid w:val="00572185"/>
    <w:rsid w:val="00573824"/>
    <w:rsid w:val="00577514"/>
    <w:rsid w:val="00582023"/>
    <w:rsid w:val="005820F2"/>
    <w:rsid w:val="005C31EF"/>
    <w:rsid w:val="005C432F"/>
    <w:rsid w:val="005F49BD"/>
    <w:rsid w:val="006821C1"/>
    <w:rsid w:val="0069750F"/>
    <w:rsid w:val="006D0C06"/>
    <w:rsid w:val="006D6B99"/>
    <w:rsid w:val="006F6A9D"/>
    <w:rsid w:val="00753727"/>
    <w:rsid w:val="00756E9D"/>
    <w:rsid w:val="007711F7"/>
    <w:rsid w:val="007B58D1"/>
    <w:rsid w:val="007F3383"/>
    <w:rsid w:val="008319B9"/>
    <w:rsid w:val="00854158"/>
    <w:rsid w:val="00856B2A"/>
    <w:rsid w:val="008C5CB9"/>
    <w:rsid w:val="008C75D4"/>
    <w:rsid w:val="0090368C"/>
    <w:rsid w:val="009045ED"/>
    <w:rsid w:val="009803BB"/>
    <w:rsid w:val="009B3A88"/>
    <w:rsid w:val="009B5BFF"/>
    <w:rsid w:val="00A35038"/>
    <w:rsid w:val="00A53CE7"/>
    <w:rsid w:val="00AA1D8D"/>
    <w:rsid w:val="00AB161D"/>
    <w:rsid w:val="00AD5399"/>
    <w:rsid w:val="00B00891"/>
    <w:rsid w:val="00B0404F"/>
    <w:rsid w:val="00B24D69"/>
    <w:rsid w:val="00B47730"/>
    <w:rsid w:val="00B90266"/>
    <w:rsid w:val="00BA2738"/>
    <w:rsid w:val="00BA48AF"/>
    <w:rsid w:val="00BB4605"/>
    <w:rsid w:val="00BD1C28"/>
    <w:rsid w:val="00C07EB0"/>
    <w:rsid w:val="00C13A9E"/>
    <w:rsid w:val="00C16A21"/>
    <w:rsid w:val="00C42BEF"/>
    <w:rsid w:val="00C66B0F"/>
    <w:rsid w:val="00CB0664"/>
    <w:rsid w:val="00CB4B44"/>
    <w:rsid w:val="00D73E2B"/>
    <w:rsid w:val="00D81DA3"/>
    <w:rsid w:val="00DA7D58"/>
    <w:rsid w:val="00DF1928"/>
    <w:rsid w:val="00E243CF"/>
    <w:rsid w:val="00E47324"/>
    <w:rsid w:val="00E55E85"/>
    <w:rsid w:val="00E63EA2"/>
    <w:rsid w:val="00E7719E"/>
    <w:rsid w:val="00E77E28"/>
    <w:rsid w:val="00E909C2"/>
    <w:rsid w:val="00ED54A2"/>
    <w:rsid w:val="00EF4E85"/>
    <w:rsid w:val="00FB08F4"/>
    <w:rsid w:val="00FB2C22"/>
    <w:rsid w:val="00FC693F"/>
    <w:rsid w:val="00FD15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FED172"/>
  <w14:defaultImageDpi w14:val="300"/>
  <w15:docId w15:val="{2BE5BC87-24E2-A24E-B5A5-3FD6047FD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lang w:val="en-AU"/>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BA2738"/>
    <w:rPr>
      <w:color w:val="0000FF" w:themeColor="hyperlink"/>
      <w:u w:val="single"/>
    </w:rPr>
  </w:style>
  <w:style w:type="character" w:styleId="UnresolvedMention">
    <w:name w:val="Unresolved Mention"/>
    <w:basedOn w:val="DefaultParagraphFont"/>
    <w:uiPriority w:val="99"/>
    <w:semiHidden/>
    <w:unhideWhenUsed/>
    <w:rsid w:val="00BA2738"/>
    <w:rPr>
      <w:color w:val="605E5C"/>
      <w:shd w:val="clear" w:color="auto" w:fill="E1DFDD"/>
    </w:rPr>
  </w:style>
  <w:style w:type="paragraph" w:customStyle="1" w:styleId="p1">
    <w:name w:val="p1"/>
    <w:basedOn w:val="Normal"/>
    <w:rsid w:val="00B00891"/>
    <w:pPr>
      <w:spacing w:before="100" w:beforeAutospacing="1" w:after="100" w:afterAutospacing="1" w:line="240" w:lineRule="auto"/>
    </w:pPr>
    <w:rPr>
      <w:rFonts w:ascii="Times New Roman" w:hAnsi="Times New Roman" w:cs="Times New Roman"/>
      <w:sz w:val="24"/>
      <w:szCs w:val="24"/>
    </w:rPr>
  </w:style>
  <w:style w:type="character" w:customStyle="1" w:styleId="s1">
    <w:name w:val="s1"/>
    <w:basedOn w:val="DefaultParagraphFont"/>
    <w:rsid w:val="00B00891"/>
  </w:style>
  <w:style w:type="character" w:customStyle="1" w:styleId="s2">
    <w:name w:val="s2"/>
    <w:basedOn w:val="DefaultParagraphFont"/>
    <w:rsid w:val="00B008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ironfaeriepublishing.com/hawthorn-ash/" TargetMode="External"/><Relationship Id="rId3" Type="http://schemas.openxmlformats.org/officeDocument/2006/relationships/styles" Target="styles.xml"/><Relationship Id="rId7" Type="http://schemas.openxmlformats.org/officeDocument/2006/relationships/hyperlink" Target="https://ironfaeriepublishing.com/open-anthology-call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ironfaeriepublishing.com/submissions/"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shunn.net/format/classic/" TargetMode="External"/><Relationship Id="rId4" Type="http://schemas.openxmlformats.org/officeDocument/2006/relationships/settings" Target="settings.xml"/><Relationship Id="rId9" Type="http://schemas.openxmlformats.org/officeDocument/2006/relationships/hyperlink" Target="https://ironfaeriepublishing.com/midsummer-nigh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3</Pages>
  <Words>599</Words>
  <Characters>3419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4010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Stacey McIntosh</cp:lastModifiedBy>
  <cp:revision>2</cp:revision>
  <dcterms:created xsi:type="dcterms:W3CDTF">2026-01-03T11:51:00Z</dcterms:created>
  <dcterms:modified xsi:type="dcterms:W3CDTF">2026-01-03T11:51:00Z</dcterms:modified>
  <cp:category/>
</cp:coreProperties>
</file>